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חג הסיגד ומנהגיו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וביטויים הקשורים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יחיד ורבים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בסתיו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לבן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חוגגים בסתיו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כולם לבשו בגדים לבנים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חַג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הַר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לְבָנִים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יְרוּשָׁלַיִם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יחיד ורבים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הָרִים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מִטְרִיּוֹת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בְּגָדִים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התאימו תמונה למילה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(יְרוּשָׁלַיִם)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(מִטְרִיָּה)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(תְּפִלָּה)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(רִקּוּד)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עוֹלִים עַל הָהָר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לוֹבְשִׁים בְּגָדִים לְבָנִים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מִתְפַּלְּלִים יַחַד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אוֹכְלִים יַחַד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הקשורה לחג כמו חג, הר, תפילה,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ציור הקשור לנושא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באימוג׳ים כדי לעזור להבנה לתלמידים מתקשים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גרסת החנ״מ מתאימה לתלמידים צעירים - אפשר לוותר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על חג הסיגד, החג של יהודי אתיופיה, ונתרגל מילים חשובות הקשורות אליו.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מִטְרִיּוֹת  ·  הַר  ·  בְּגָדִים  ·  לְבָנִים  ·  הָרִים  ·  חַג  ·  יְרוּשָׁלַיִם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זה סגד?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מכונית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של מי החג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יהודי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יהודי אמריקה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באיזו עונה חוגגים סגד?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4. לאן עלו פעם בחג?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5. איזה צבע לבשו כולם?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לבן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סגד הוא חג של יהודי אתיופיה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חוגגים את סגד בקיץ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כולם לבשו בגדים שחורים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סִגְד הוּא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עָלוּ עַל __________ גָּבוֹהַּ.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כֻּלָּם לָבְשׁוּ בְּגָדִים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הֵם חָלְמוּ עַל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יחיד ורבים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הַר אֶחָד, הַרְבֵּה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מִטְרִיָּה אַחַת, הַרְבֵּה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בֶּגֶד אֶחָד, הַרְבֵּה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התאימו תמונה למילה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🏙️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מִטְרִיָּה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⛱️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יְרוּשָׁלַיִם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🙏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רִקּוּד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💃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תְּפִלָּה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מִתְפַּלְּלִים יַחַד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אוֹכְלִים יַחַד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עוֹלִים עַל הָהָר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לוֹבְשִׁים בְּגָדִים לְבָנִים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אחת מהחג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הרגשתם בשיעור? 😀🙂😐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