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ג – אוכלים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חוגגים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כולם לבשו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קודם מתפללים ואחר כך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חַג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הַר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לְבָנִים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יְרוּשָׁלַיִם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מִטְרִיּוֹת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רוֹקְדִים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הָרִים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מִטְרִיּוֹת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בְּגָדִים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שִׁירִים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תְּפִלּוֹת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חַגִּים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(יְרוּשָׁלַיִם)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(מִטְרִיָּה)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(תְּפִלָּה)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(רִקּוּד)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(אֹכֶל)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(הַר)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עוֹלִים עַל הָהָר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לוֹבְשִׁים בְּגָדִים לְבָנִים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מִתְפַּלְּלִים יַחַד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אוֹכְלִים יַחַד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רוֹקְדִים וְשָׂמֵחִים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לחג כמו חג, הר, תפילה,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ציור הקשור לנושא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באימוג׳ים כדי לעזור להבנה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גרסת החנ״מ מתאימה לתלמידים צעירים -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חג הסיגד. זה חג של יהודי 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סִגְד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קֵסִים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דת בעדה האתיופית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גבוה, עולים עליו ברגל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שמגן מהשמש או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תְּפִלָּה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אל 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יַחַד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ביחד, לא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סגד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שייך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חוגגים את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מקום הלכו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צבע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חלמו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איפה חוגגים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הקסים מחזיקים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עושים אחרי שמתפללים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סגד הוא חג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את סגד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לבשו בגדים שחורים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חוגגים את סגד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אוכלים ואחר כך מתפללים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רוקדים ושמחים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סִגְד הוּא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עָלוּ עַל __________ גָּבוֹהַּ.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כֻּלָּם לָבְשׁוּ בְּגָדִים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הֵם חָלְמוּ עַל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יֵשׁ __________ צִבְעוֹנִיּוֹת.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וְשָׂמֵחִים.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הַר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מִטְרִיָּה אַחַת,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בֶּגֶד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שִׁיר אֶחָד,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תְּפִלָּה אַחַת, הַרְבֵּה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חַג אֶחָד, הַרְבֵּה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🏙️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רִקּוּד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⛱️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אֹכֶל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הַר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מִטְרִיָּה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🍲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תְּפִלָּה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⛰️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יְרוּשָׁלַיִם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לוֹבְשִׁים בְּגָדִים לְבָנִים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רוֹקְדִים וְשָׂמֵחִים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עוֹלִים עַל הָהָר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מִתְפַּלְּלִים יַחַד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אוֹכְלִים יַחַד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הרגשתם בשיעור? 😀🙂😐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דבר אחד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