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חג הסיגד ומנהגיו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וביטויים הקשורים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יחיד ורבים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יהודי 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בסתיו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בירושלים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מטריות צבעוניות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9. ג – אוכלים 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חוגגים בסתיו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כולם לבשו בגדים לבנים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קודם מתפללים ואחר כך אוכלים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כתוב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חַג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הַר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לְבָנִים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יְרוּשָׁלַיִם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מִטְרִיּוֹת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רוֹקְדִים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יחיד ורבים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הָרִים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מִטְרִיּוֹת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בְּגָדִים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שִׁירִים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תְּפִלּוֹת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חַגִּים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התאימו תמונה למילה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(יְרוּשָׁלַיִם)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(מִטְרִיָּה)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(תְּפִלָּה)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(רִקּוּד)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(אֹכֶל)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(הַר)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עוֹלִים עַל הָהָר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לוֹבְשִׁים בְּגָדִים לְבָנִים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מִתְפַּלְּלִים יַחַד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אוֹכְלִים יַחַד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רוֹקְדִים וְשָׂמֵחִים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הקשורה לחג כמו חג, הר, תפילה, 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ציור הקשור לנושא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 בקול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באימוג׳ים כדי לעזור להבנה לתלמידים מתקשים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גרסת החנ״מ מתאימה לתלמידים צעירים - אפשר לוותר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חג הסיגד, החג של יהודי אתיופיה, ונתרגל מילים חשובות הקשורות אליו.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סגד?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של מי החג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יהודי 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יהודי 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יהודי אמריקה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יהודי 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באיזו עונה חוגגים סגד?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בסתיו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לאן עלו פעם בחג?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צבע לבשו כולם?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על מה חלמו בחג?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היום איפה חוגגים את סגד?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באילת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יש לקסים בחג היום?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טלפונים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מטריות צבעוניות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בלונים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9. מה עושים אחרי התפילה?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כותבים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אוכלים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שוחים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סגד הוא חג של יהודי אתיופיה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חוגגים את סגד בקיץ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כולם לבשו בגדים שחורים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היום חוגגים את סגד בירושלים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קודם אוכלים ואחר כך מתפללים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בחג רוקדים ושמחים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סִגְד הוּא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עָלוּ עַל __________ גָּבוֹהַּ.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כֻּלָּם לָבְשׁוּ בְּגָדִים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הֵם חָלְמוּ עַל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יֵשׁ __________ צִבְעוֹנִיּוֹת.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__________ וְשָׂמֵחִים.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יחיד ורבים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הַר אֶחָד, הַרְבֵּה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מִטְרִיָּה אַחַת, הַרְבֵּה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בֶּגֶד אֶחָד, הַרְבֵּה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שִׁיר אֶחָד, הַרְבֵּה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תְּפִלָּה אַחַת, הַרְבֵּה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חַג אֶחָד, הַרְבֵּה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התאימו תמונה למילה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🏙️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אֹכֶל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⛱️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רִקּוּד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🙏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הַר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💃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תְּפִלָּה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🍲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מִטְרִיָּה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⛰️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יְרוּשָׁלַיִם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אוֹכְלִים יַחַד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רוֹקְדִים וְשָׂמֵחִים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לוֹבְשִׁים בְּגָדִים לְבָנִים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עוֹלִים עַל הָהָר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מִתְפַּלְּלִים יַחַד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מהחג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הרגשתם בשיעור? 😀🙂😐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ציירו דבר אחד מהחג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